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제안서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제안서 DEMO-PR01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 인계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제안서 8쪽 인계 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충족상태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부분 충족·자료목록 미기재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인계할 파일 목록 회신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평가담당 A</w:t>
            </w:r>
          </w:p>
        </w:tc>
      </w:tr>
    </w:tbl>
    <w:p>
      <w:r>
        <w:t>이 표의 기록이나 점수만으로 낙찰·계약이 확정되지 않습니다. 이해관계와 평가 기준을 회사 절차에 따라 확인하고 근거 없는 인상이나 외부 평판만으로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제안서 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