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제안서 평가표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평가대상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기준항목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제안근거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충족상태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보완질문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검토담당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이 표의 기록이나 점수만으로 낙찰·계약이 확정되지 않습니다. 이해관계와 평가 기준을 회사 절차에 따라 확인하고 근거 없는 인상이나 외부 평판만으로 판단하지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제안서 평가표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