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의사결정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결정안건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검토대안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선택결과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선택근거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재검토조건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기록지는 법인 의결기관의 의사록이나 계약 변경 합의를 대신하지 않습니다. 권한 있는 업무 결정만 기록하고 조직·계약상 별도 절차가 필요한 사항은 따로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의사결정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