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회의록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회의명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참석자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결정사항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미결사항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 업무 회의록입니다. 이사회·주주총회처럼 법정 요건이 있는 의사록의 대용으로 쓰지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