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고객사 심사 준비목록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고객사 확인 DEMO-CUST01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요구항목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일반 문서 승인 절차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문서관리안 v2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담당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공유점검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기밀 부분 가림 검토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2026-10-24 제출본 확정</w:t>
            </w:r>
          </w:p>
        </w:tc>
      </w:tr>
    </w:tbl>
    <w:p>
      <w:r>
        <w:t>목록 완성이 고객사 심사 통과나 법정 인증을 보장하지 않습니다. 실제 요청과 공유 권한을 확인하고 확인하지 않은 인증·승인 자료를 임의로 만들어 제출하지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고객사 심사 준비목록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