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고객사 심사 준비목록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요청식별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요구항목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준비자료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준비상태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공유점검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남은작업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목록 완성이 고객사 심사 통과나 법정 인증을 보장하지 않습니다. 실제 요청과 공유 권한을 확인하고 확인하지 않은 인증·승인 자료를 임의로 만들어 제출하지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고객사 심사 준비목록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