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AS 방문 예약서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예약관리번호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관찰현상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희망방문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업체회신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전달준비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예약서는 AS 보증 적용이나 무상 수리·작업 완료를 보장하지 않습니다. 비용과 보증 조건은 실제 업체 안내에서 확인하고 전기·가스 등 위험 물품을 방문 전 임의로 분해하지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방문 예약서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