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고객 페르소나 정의서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가상고객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해결과업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불편근거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구매가설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검증방법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페르소나는 실제 고객 전체를 대표하거나 구매를 예측하는 보증 자료가 아닙니다. 개인의 민감정보나 고정관념으로 대상을 규정하지 말고 관찰 결과로 계속 수정하세요.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고객 페르소나 정의서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