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월간 운영계획표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계획월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2026년 11월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운영과제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상품 설명 사진 정비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담당역할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상품담당 A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필요자원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촬영시간 2회·진열 공간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완료조건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대표 상품 5종 사진 교체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점검일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2026-11-15 중간 확인</w:t>
            </w:r>
          </w:p>
        </w:tc>
      </w:tr>
    </w:tbl>
    <w:p>
      <w:r>
        <w:t>계획의 숫자는 목표이며 달성이나 매출을 보장하지 않습니다. 제한된 인력·예산을 확인해 우선순위를 정하고 미완료 과제는 삭제하지 말고 사유와 조정 내용을 남기세요.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월간 운영계획표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