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시장조사표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조사질문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작은 사무실의 수납 불편은 무엇인가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조사대상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공유사무실 운영자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수집방법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응답 5건·현장 관찰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공간 부족 언급 3건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해석가설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접이식 보관함 수요 확인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추가조사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실물 크기 비교 반응 확인</w:t>
            </w:r>
          </w:p>
        </w:tc>
      </w:tr>
    </w:tbl>
    <w:p>
      <w:r>
        <w:t>예시는 완전한 가상 조사이며 실제 시장 수요나 사업성을 입증하지 않습니다. 응답자의 개인정보를 최소화하고 공개 통계는 출처·기준 시점을 확인하여 사용하세요.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시장조사표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