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납품검수조서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검수일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발주번호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검사항목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조치요청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재검수일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검수 기준이 계약에 없다면 일방적으로 새 기준을 적용하지 말고 거래 상대방과 먼저 협의하세요.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납품검수조서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