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견적서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견적일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견적번호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수신처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공급가액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세액표기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합계표기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유효기간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견적서를 승인된 계약서처럼 사용하지 마세요. 세액·배송비·설치비 포함 여부를 금액 옆에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