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식당 단체예약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예약식별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DEMO-GROUP01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2026-11-05 18시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예상인원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단체 12명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좌석요청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인접 테이블 희망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메뉴요청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기본 식사 12인분 검토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재확인사항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전날 인원·메뉴 확정 연락</w:t>
            </w:r>
          </w:p>
        </w:tc>
      </w:tr>
    </w:tbl>
    <w:p>
      <w:r>
        <w:t>예약 기록은 좌석이나 특별 식이 대응의 보증이 아닙니다. 음식 관련 안전 요청은 담당자가 직접 확인하고 건강정보를 공용 문서에 적지 말며 취소·변경 조건은 별도로 안내하세요.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식당 단체예약 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