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식재료 입고검수표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입고일시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2026-10-16 09시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DEMO-FOOD01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입고품목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마른면 1킬로그램 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5봉·발주와 일치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표시관찰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외포장 표시 읽힘·찢김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추가 확인 없음·관리자 대조 예정</w:t>
            </w:r>
          </w:p>
        </w:tc>
      </w:tr>
    </w:tbl>
    <w:p>
      <w:r>
        <w:t>일반 입고 대조 기록이며 식품 위생·온도 적정성·섭취 안전을 보장하지 않습니다. 의심 물품은 임의 사용하지 않고 매장 관리자의 실제 기준과 전문 안내를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식재료 입고검수표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