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입점제안서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제안대상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상품구성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적합근거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공급준비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운영창구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협의질문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제안서 제출은 입점 승인이나 판매 조건 합의가 아닙니다. 수수료·정산·반품 조건은 채널의 실제 안내와 계약을 확인하고 허위 인증이나 실적을 기재하지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입점제안서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