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상품불량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상품식별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관찰현상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확인서는 공인 시험 성적서나 결함 원인의 확정 자료가 아닙니다. 안전상 문제가 의심되면 임의 시험을 중지하고 판매·품질 담당자가 관련 절차를 확인하도록 전달하세요.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상품불량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