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반품검수표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반품식별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DEMO-RET02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개봉일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2026-10-16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파일함 2개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외관관찰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덮개에 작은 흠집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구성품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본체 2개·안내지 1장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검토전달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환불 담당에 사진 확인 요청</w:t>
            </w:r>
          </w:p>
        </w:tc>
      </w:tr>
    </w:tbl>
    <w:p>
      <w:r>
        <w:t>검수 관찰만으로 고객의 책임이나 환불 거절을 확정하지 않습니다. 관찰 자료와 최초 출고 기록을 함께 확인하고 처리 판단은 적용 기준에 따라 별도로 검토하세요.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반품검수표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