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배송준비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출고묶음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DEMO-PACK01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DEMO-OD01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상품옵션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회색 파일함 대형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동봉물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조립안내지 1장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실물 대조 완료·출고 대기</w:t>
            </w:r>
          </w:p>
        </w:tc>
      </w:tr>
    </w:tbl>
    <w:p>
      <w:r>
        <w:t>포장 확인은 택배 인계나 배송 완료를 뜻하지 않습니다. 고객 주소와 전화번호를 공용 확인서에 중복 기재하지 말고 권한이 있는 주문 화면에서 최소 범위로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배송준비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