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소모품 교체대장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교체일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차량별칭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소모품명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작업내역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자료번호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다음확인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업무차F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와이퍼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앞쪽 2개 교체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DEMO-PART01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업체 안내 재확인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소모품 대장은 정비 지침이나 운행 안전 판단을 대신하지 않습니다. 교체 주기는 차량 설명서와 전문가 안내를 확인하고 이 표의 가상 예시를 차량별 권장 기준으로 사용하지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소모품 교체대장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