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수확량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수확일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수확수량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분류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포장단위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밭 A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작물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100kg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출하 대기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5kg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등급별 분류 예정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수량 단위를 섞어 합산하지 마세요. 식품 안전이나 품질 인증을 수확 기록만으로 표시할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수확량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