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수확량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수확일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수확수량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분류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포장단위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수량 단위를 섞어 합산하지 마세요. 식품 안전이나 품질 인증을 수확 기록만으로 표시할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수확량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