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작물재배 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재배구역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작물명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예정기간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주요작업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필요자원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밭 A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작물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현장 조건 확인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토양 준비·관찰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작업 인력·도구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지역 재배 안내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농장주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생육 시기나 약제 사용량을 일반 예시로 확정하지 마세요. 해당 작물과 지역의 전문 안내를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작물재배 계획표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