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농작업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날씨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투입자재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관찰메모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작성자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농약·비료 사용 기준이나 인증 요건을 이 일지의 예시로 판단하지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농작업 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