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농산물 배송관리표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주문번호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포장묶음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출고물품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인계일시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운송식별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배송확인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A-021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포장 B-04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사과 2상자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11월 20일 16시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내부 송장 T-04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도착 조회 후 확인 예정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주소와 전화번호를 여러 사람이 보는 대장에 복사하지 마세요. 송장 발행만으로 배송완료를 표시하지 않고 배송업체 조회와 고객의 실제 문의를 구분해 처리합니다.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농산물 배송관리표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