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농산물 재고관리표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품목·묶음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규격단위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입고수량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출고·조정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확인잔량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11월 21일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사과 수확묶음 B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3kg 상자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20상자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출고 6상자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14상자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재고 수량만으로 판매 적합성이나 보관 안전성을 판단하지 마세요. 변질 의심 등 상태 문제는 담당자의 실제 확인 절차를 따르고 확인 전 물품을 정상 판매 가능 재고에 합치지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재고관리표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