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농산물 직거래 주문서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주문식별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주문 A-021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사과 가정용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상자당 3kg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배송희망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11월 20일 출고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재고 확인 후 확정</w:t>
            </w:r>
          </w:p>
        </w:tc>
      </w:tr>
    </w:tbl>
    <w:p>
      <w:r>
        <w:t>주문 접수만으로 재고 확보나 배송일을 확약하지 마세요. 구매자 주소·연락처는 필요한 담당자만 별도 안전 경로로 확인하고 공개 미리보기나 공유 주문표에 넣지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직거래 주문서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